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CFA05" w14:textId="77777777" w:rsidR="00542F6A" w:rsidRDefault="00542F6A">
      <w:pPr>
        <w:spacing w:after="40"/>
        <w:rPr>
          <w:b/>
          <w:color w:val="496B8A"/>
          <w:sz w:val="20"/>
        </w:rPr>
      </w:pPr>
    </w:p>
    <w:p w14:paraId="4A989107" w14:textId="20BEE2AD" w:rsidR="00542F6A" w:rsidRDefault="00542F6A" w:rsidP="005E3A3C">
      <w:pPr>
        <w:spacing w:after="40"/>
        <w:jc w:val="center"/>
        <w:rPr>
          <w:b/>
          <w:color w:val="496B8A"/>
          <w:sz w:val="20"/>
        </w:rPr>
      </w:pPr>
      <w:r>
        <w:rPr>
          <w:noProof/>
        </w:rPr>
        <w:drawing>
          <wp:inline distT="0" distB="0" distL="0" distR="0" wp14:anchorId="560AD5AC" wp14:editId="78B4049E">
            <wp:extent cx="2743200" cy="9975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(1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99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949C0" w14:textId="77777777" w:rsidR="00542F6A" w:rsidRDefault="00542F6A">
      <w:pPr>
        <w:spacing w:after="40"/>
        <w:rPr>
          <w:b/>
          <w:color w:val="496B8A"/>
          <w:sz w:val="20"/>
        </w:rPr>
      </w:pPr>
    </w:p>
    <w:p w14:paraId="27749C5E" w14:textId="77777777" w:rsidR="00542F6A" w:rsidRDefault="00542F6A">
      <w:pPr>
        <w:spacing w:after="40"/>
        <w:rPr>
          <w:b/>
          <w:color w:val="496B8A"/>
          <w:sz w:val="20"/>
        </w:rPr>
      </w:pPr>
    </w:p>
    <w:p w14:paraId="69020CA6" w14:textId="77777777" w:rsidR="00542F6A" w:rsidRDefault="00542F6A">
      <w:pPr>
        <w:spacing w:after="40"/>
        <w:rPr>
          <w:b/>
          <w:color w:val="496B8A"/>
          <w:sz w:val="20"/>
        </w:rPr>
      </w:pPr>
    </w:p>
    <w:p w14:paraId="70B50CCC" w14:textId="3F9F9ACA" w:rsidR="00EA6377" w:rsidRPr="00063C21" w:rsidRDefault="00000000" w:rsidP="00E90D4C">
      <w:pPr>
        <w:spacing w:after="40"/>
        <w:rPr>
          <w:rFonts w:cs="Arial"/>
          <w:color w:val="auto"/>
        </w:rPr>
      </w:pPr>
      <w:r w:rsidRPr="00063C21">
        <w:rPr>
          <w:rFonts w:cs="Arial"/>
          <w:b/>
          <w:color w:val="auto"/>
          <w:sz w:val="20"/>
        </w:rPr>
        <w:t>LANCASHIRE ASSOCIATION OF LOCAL COUNCILS</w:t>
      </w:r>
    </w:p>
    <w:p w14:paraId="6CB8E7F1" w14:textId="77777777" w:rsidR="00EA6377" w:rsidRPr="00063C21" w:rsidRDefault="00000000">
      <w:pPr>
        <w:spacing w:after="60"/>
        <w:rPr>
          <w:rFonts w:cs="Arial"/>
          <w:color w:val="C00000"/>
        </w:rPr>
      </w:pPr>
      <w:r w:rsidRPr="00063C21">
        <w:rPr>
          <w:rFonts w:cs="Arial"/>
          <w:b/>
          <w:color w:val="C00000"/>
          <w:sz w:val="44"/>
        </w:rPr>
        <w:t>Consultation Response Form</w:t>
      </w:r>
    </w:p>
    <w:p w14:paraId="0CA6EFE1" w14:textId="77777777" w:rsidR="00EA6377" w:rsidRPr="00063C21" w:rsidRDefault="00000000">
      <w:pPr>
        <w:spacing w:after="240"/>
        <w:rPr>
          <w:rFonts w:cs="Arial"/>
          <w:color w:val="auto"/>
        </w:rPr>
      </w:pPr>
      <w:r w:rsidRPr="00063C21">
        <w:rPr>
          <w:rFonts w:cs="Arial"/>
          <w:color w:val="auto"/>
          <w:sz w:val="25"/>
        </w:rPr>
        <w:t>Proposed move to a Company Limited by Guarantee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A6377" w:rsidRPr="00542F6A" w14:paraId="7EA89617" w14:textId="77777777" w:rsidTr="007C4AF5">
        <w:tc>
          <w:tcPr>
            <w:tcW w:w="9360" w:type="dxa"/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4D50CB" w14:textId="77777777" w:rsidR="00EA6377" w:rsidRPr="00063C21" w:rsidRDefault="00000000">
            <w:pPr>
              <w:spacing w:after="4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b/>
                <w:color w:val="auto"/>
                <w:sz w:val="24"/>
                <w:szCs w:val="24"/>
              </w:rPr>
              <w:t xml:space="preserve">Please submit one </w:t>
            </w:r>
            <w:proofErr w:type="spellStart"/>
            <w:r w:rsidRPr="00063C21">
              <w:rPr>
                <w:rFonts w:cs="Arial"/>
                <w:b/>
                <w:color w:val="auto"/>
                <w:sz w:val="24"/>
                <w:szCs w:val="24"/>
              </w:rPr>
              <w:t>authorised</w:t>
            </w:r>
            <w:proofErr w:type="spellEnd"/>
            <w:r w:rsidRPr="00063C21">
              <w:rPr>
                <w:rFonts w:cs="Arial"/>
                <w:b/>
                <w:color w:val="auto"/>
                <w:sz w:val="24"/>
                <w:szCs w:val="24"/>
              </w:rPr>
              <w:t xml:space="preserve"> response on behalf of your council.</w:t>
            </w:r>
          </w:p>
          <w:p w14:paraId="60217594" w14:textId="77777777" w:rsidR="00EA6377" w:rsidRPr="00542F6A" w:rsidRDefault="00000000">
            <w:pPr>
              <w:spacing w:after="0"/>
              <w:rPr>
                <w:rFonts w:cs="Arial"/>
                <w:sz w:val="24"/>
                <w:szCs w:val="24"/>
              </w:rPr>
            </w:pPr>
            <w:r w:rsidRPr="00063C21">
              <w:rPr>
                <w:rFonts w:cs="Arial"/>
                <w:color w:val="auto"/>
                <w:sz w:val="24"/>
                <w:szCs w:val="24"/>
              </w:rPr>
              <w:t>Complete this form electronically and email it to office@lalc.org.uk by 12 noon on Friday 6 November 2026.</w:t>
            </w:r>
          </w:p>
        </w:tc>
      </w:tr>
    </w:tbl>
    <w:p w14:paraId="2492DCB4" w14:textId="77777777" w:rsidR="00EA6377" w:rsidRPr="00542F6A" w:rsidRDefault="00EA6377">
      <w:pPr>
        <w:rPr>
          <w:rFonts w:cs="Arial"/>
          <w:sz w:val="24"/>
          <w:szCs w:val="24"/>
        </w:rPr>
      </w:pPr>
    </w:p>
    <w:tbl>
      <w:tblPr>
        <w:tblW w:w="9360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6840"/>
      </w:tblGrid>
      <w:tr w:rsidR="00EA6377" w:rsidRPr="00542F6A" w14:paraId="45667471" w14:textId="77777777" w:rsidTr="007C4AF5">
        <w:tc>
          <w:tcPr>
            <w:tcW w:w="2520" w:type="dxa"/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29B20B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b/>
                <w:color w:val="auto"/>
                <w:sz w:val="24"/>
                <w:szCs w:val="24"/>
              </w:rPr>
              <w:t>Council name</w:t>
            </w:r>
          </w:p>
        </w:tc>
        <w:tc>
          <w:tcPr>
            <w:tcW w:w="68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A022DE" w14:textId="3994D8F2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i/>
                <w:color w:val="auto"/>
                <w:sz w:val="24"/>
                <w:szCs w:val="24"/>
              </w:rPr>
              <w:t>Click or tap here to type.</w:t>
            </w:r>
          </w:p>
        </w:tc>
      </w:tr>
      <w:tr w:rsidR="00EA6377" w:rsidRPr="00542F6A" w14:paraId="383D5318" w14:textId="77777777" w:rsidTr="007C4AF5">
        <w:tc>
          <w:tcPr>
            <w:tcW w:w="2520" w:type="dxa"/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8DEC12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b/>
                <w:color w:val="auto"/>
                <w:sz w:val="24"/>
                <w:szCs w:val="24"/>
              </w:rPr>
              <w:t>Contact name</w:t>
            </w:r>
          </w:p>
        </w:tc>
        <w:tc>
          <w:tcPr>
            <w:tcW w:w="68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A619ED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i/>
                <w:color w:val="auto"/>
                <w:sz w:val="24"/>
                <w:szCs w:val="24"/>
              </w:rPr>
              <w:t>Click or tap here to type.</w:t>
            </w:r>
          </w:p>
        </w:tc>
      </w:tr>
      <w:tr w:rsidR="00EA6377" w:rsidRPr="00542F6A" w14:paraId="734AD41C" w14:textId="77777777" w:rsidTr="007C4AF5">
        <w:tc>
          <w:tcPr>
            <w:tcW w:w="2520" w:type="dxa"/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A989D3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b/>
                <w:color w:val="auto"/>
                <w:sz w:val="24"/>
                <w:szCs w:val="24"/>
              </w:rPr>
              <w:t>Position</w:t>
            </w:r>
          </w:p>
        </w:tc>
        <w:tc>
          <w:tcPr>
            <w:tcW w:w="68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192FC8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i/>
                <w:color w:val="auto"/>
                <w:sz w:val="24"/>
                <w:szCs w:val="24"/>
              </w:rPr>
              <w:t>Click or tap here to type.</w:t>
            </w:r>
          </w:p>
        </w:tc>
      </w:tr>
      <w:tr w:rsidR="00EA6377" w:rsidRPr="00542F6A" w14:paraId="3878FFC8" w14:textId="77777777" w:rsidTr="007C4AF5">
        <w:tc>
          <w:tcPr>
            <w:tcW w:w="2520" w:type="dxa"/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B828D1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b/>
                <w:color w:val="auto"/>
                <w:sz w:val="24"/>
                <w:szCs w:val="24"/>
              </w:rPr>
              <w:t>Email address</w:t>
            </w:r>
          </w:p>
        </w:tc>
        <w:tc>
          <w:tcPr>
            <w:tcW w:w="68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028A1A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i/>
                <w:color w:val="auto"/>
                <w:sz w:val="24"/>
                <w:szCs w:val="24"/>
              </w:rPr>
              <w:t>Click or tap here to type.</w:t>
            </w:r>
          </w:p>
        </w:tc>
      </w:tr>
      <w:tr w:rsidR="00EA6377" w:rsidRPr="00542F6A" w14:paraId="16960056" w14:textId="77777777" w:rsidTr="007C4AF5">
        <w:tc>
          <w:tcPr>
            <w:tcW w:w="2520" w:type="dxa"/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F96AB5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b/>
                <w:color w:val="auto"/>
                <w:sz w:val="24"/>
                <w:szCs w:val="24"/>
              </w:rPr>
              <w:t>Date considered by council</w:t>
            </w:r>
          </w:p>
        </w:tc>
        <w:tc>
          <w:tcPr>
            <w:tcW w:w="68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7F6D6F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i/>
                <w:color w:val="auto"/>
                <w:sz w:val="24"/>
                <w:szCs w:val="24"/>
              </w:rPr>
              <w:t>Click or tap here to type.</w:t>
            </w:r>
          </w:p>
        </w:tc>
      </w:tr>
      <w:tr w:rsidR="00EA6377" w:rsidRPr="00542F6A" w14:paraId="5C635D0D" w14:textId="77777777" w:rsidTr="007C4AF5">
        <w:tc>
          <w:tcPr>
            <w:tcW w:w="2520" w:type="dxa"/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97A1E3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b/>
                <w:color w:val="auto"/>
                <w:sz w:val="24"/>
                <w:szCs w:val="24"/>
              </w:rPr>
              <w:t>Minute reference</w:t>
            </w:r>
          </w:p>
        </w:tc>
        <w:tc>
          <w:tcPr>
            <w:tcW w:w="68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2A2F3F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i/>
                <w:color w:val="auto"/>
                <w:sz w:val="24"/>
                <w:szCs w:val="24"/>
              </w:rPr>
              <w:t>Click or tap here to type.</w:t>
            </w:r>
          </w:p>
        </w:tc>
      </w:tr>
      <w:tr w:rsidR="00EA6377" w:rsidRPr="00542F6A" w14:paraId="1FF68E69" w14:textId="77777777" w:rsidTr="007C4AF5">
        <w:tc>
          <w:tcPr>
            <w:tcW w:w="2520" w:type="dxa"/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F59B67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b/>
                <w:color w:val="auto"/>
                <w:sz w:val="24"/>
                <w:szCs w:val="24"/>
              </w:rPr>
              <w:t>Response authorised by council</w:t>
            </w:r>
          </w:p>
        </w:tc>
        <w:tc>
          <w:tcPr>
            <w:tcW w:w="68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57BCE5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color w:val="auto"/>
                <w:sz w:val="24"/>
                <w:szCs w:val="24"/>
              </w:rPr>
              <w:t>[  ] Yes     [  ] No</w:t>
            </w:r>
          </w:p>
        </w:tc>
      </w:tr>
    </w:tbl>
    <w:p w14:paraId="50C2174D" w14:textId="1DB261F6" w:rsidR="00EA6377" w:rsidRPr="00063C21" w:rsidRDefault="00000000" w:rsidP="00542F6A">
      <w:pPr>
        <w:pStyle w:val="ListParagraph"/>
        <w:keepNext/>
        <w:numPr>
          <w:ilvl w:val="0"/>
          <w:numId w:val="10"/>
        </w:numPr>
        <w:spacing w:before="140" w:after="60"/>
        <w:rPr>
          <w:rFonts w:cs="Arial"/>
          <w:b/>
          <w:color w:val="auto"/>
          <w:sz w:val="24"/>
          <w:szCs w:val="24"/>
        </w:rPr>
      </w:pPr>
      <w:r w:rsidRPr="00063C21">
        <w:rPr>
          <w:rFonts w:cs="Arial"/>
          <w:b/>
          <w:color w:val="auto"/>
          <w:sz w:val="24"/>
          <w:szCs w:val="24"/>
        </w:rPr>
        <w:t>Does your council support LALC continuing to develop proposals for incorporation as a Company Limited by Guarantee?</w:t>
      </w:r>
      <w:r w:rsidR="00542F6A" w:rsidRPr="00063C21">
        <w:rPr>
          <w:rFonts w:cs="Arial"/>
          <w:b/>
          <w:color w:val="auto"/>
          <w:sz w:val="24"/>
          <w:szCs w:val="24"/>
        </w:rPr>
        <w:t xml:space="preserve"> (Please insert an ‘x’ in the chosen box below)</w:t>
      </w:r>
    </w:p>
    <w:p w14:paraId="0C94764E" w14:textId="77777777" w:rsidR="00542F6A" w:rsidRPr="00063C21" w:rsidRDefault="00542F6A" w:rsidP="00542F6A">
      <w:pPr>
        <w:pStyle w:val="ListParagraph"/>
        <w:keepNext/>
        <w:spacing w:before="140" w:after="60"/>
        <w:rPr>
          <w:rFonts w:cs="Arial"/>
          <w:color w:val="auto"/>
          <w:sz w:val="24"/>
          <w:szCs w:val="24"/>
        </w:rPr>
      </w:pPr>
    </w:p>
    <w:p w14:paraId="4104D7EA" w14:textId="77777777" w:rsidR="00EA6377" w:rsidRPr="00063C21" w:rsidRDefault="00000000" w:rsidP="00542F6A">
      <w:pPr>
        <w:ind w:firstLine="360"/>
        <w:rPr>
          <w:rFonts w:cs="Arial"/>
          <w:color w:val="auto"/>
          <w:sz w:val="24"/>
          <w:szCs w:val="24"/>
        </w:rPr>
      </w:pPr>
      <w:r w:rsidRPr="00063C21">
        <w:rPr>
          <w:rFonts w:cs="Arial"/>
          <w:color w:val="auto"/>
          <w:sz w:val="24"/>
          <w:szCs w:val="24"/>
        </w:rPr>
        <w:t>[  ] Support     [  ] Do not support     [  ] Unsure / require further information</w:t>
      </w:r>
    </w:p>
    <w:p w14:paraId="2F59A638" w14:textId="77777777" w:rsidR="00542F6A" w:rsidRPr="00063C21" w:rsidRDefault="00542F6A">
      <w:pPr>
        <w:rPr>
          <w:rFonts w:cs="Arial"/>
          <w:color w:val="auto"/>
          <w:sz w:val="24"/>
          <w:szCs w:val="24"/>
        </w:rPr>
      </w:pPr>
    </w:p>
    <w:p w14:paraId="71DBF7E8" w14:textId="77777777" w:rsidR="00EA6377" w:rsidRPr="00063C21" w:rsidRDefault="00000000">
      <w:pPr>
        <w:keepNext/>
        <w:spacing w:before="140" w:after="60"/>
        <w:rPr>
          <w:rFonts w:cs="Arial"/>
          <w:color w:val="auto"/>
          <w:sz w:val="24"/>
          <w:szCs w:val="24"/>
        </w:rPr>
      </w:pPr>
      <w:r w:rsidRPr="00063C21">
        <w:rPr>
          <w:rFonts w:cs="Arial"/>
          <w:b/>
          <w:color w:val="auto"/>
          <w:sz w:val="24"/>
          <w:szCs w:val="24"/>
        </w:rPr>
        <w:t>2. What does your council consider to be the main benefits of the proposal?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A6377" w:rsidRPr="00063C21" w14:paraId="4A12E939" w14:textId="77777777" w:rsidTr="007C4AF5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C27F90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i/>
                <w:color w:val="auto"/>
                <w:sz w:val="24"/>
                <w:szCs w:val="24"/>
              </w:rPr>
              <w:t>Click or tap here to type.</w:t>
            </w:r>
          </w:p>
          <w:p w14:paraId="26A46997" w14:textId="4FF7AFA7" w:rsidR="00EA6377" w:rsidRPr="00063C21" w:rsidRDefault="00000000">
            <w:pPr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color w:val="auto"/>
                <w:sz w:val="24"/>
                <w:szCs w:val="24"/>
              </w:rPr>
              <w:t xml:space="preserve"> </w:t>
            </w:r>
          </w:p>
          <w:p w14:paraId="0C739B21" w14:textId="77777777" w:rsidR="00EA6377" w:rsidRPr="00063C21" w:rsidRDefault="00000000">
            <w:pPr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528A1E4D" w14:textId="77777777" w:rsidR="00EA6377" w:rsidRPr="00063C21" w:rsidRDefault="00000000">
      <w:pPr>
        <w:rPr>
          <w:rFonts w:cs="Arial"/>
          <w:color w:val="auto"/>
          <w:sz w:val="24"/>
          <w:szCs w:val="24"/>
        </w:rPr>
      </w:pPr>
      <w:r w:rsidRPr="00063C21">
        <w:rPr>
          <w:rFonts w:cs="Arial"/>
          <w:color w:val="auto"/>
          <w:sz w:val="24"/>
          <w:szCs w:val="24"/>
        </w:rPr>
        <w:br w:type="page"/>
      </w:r>
    </w:p>
    <w:p w14:paraId="17B94DB6" w14:textId="77777777" w:rsidR="00EA6377" w:rsidRPr="00063C21" w:rsidRDefault="00000000">
      <w:pPr>
        <w:spacing w:after="160"/>
        <w:rPr>
          <w:rFonts w:cs="Arial"/>
          <w:color w:val="auto"/>
          <w:sz w:val="24"/>
          <w:szCs w:val="24"/>
        </w:rPr>
      </w:pPr>
      <w:r w:rsidRPr="00063C21">
        <w:rPr>
          <w:rFonts w:cs="Arial"/>
          <w:b/>
          <w:color w:val="auto"/>
          <w:sz w:val="24"/>
          <w:szCs w:val="24"/>
        </w:rPr>
        <w:lastRenderedPageBreak/>
        <w:t>Consultation questions</w:t>
      </w:r>
    </w:p>
    <w:p w14:paraId="3AE6FB83" w14:textId="77777777" w:rsidR="00EA6377" w:rsidRPr="00063C21" w:rsidRDefault="00000000">
      <w:pPr>
        <w:keepNext/>
        <w:spacing w:before="140" w:after="60"/>
        <w:rPr>
          <w:rFonts w:cs="Arial"/>
          <w:color w:val="auto"/>
          <w:sz w:val="24"/>
          <w:szCs w:val="24"/>
        </w:rPr>
      </w:pPr>
      <w:r w:rsidRPr="00063C21">
        <w:rPr>
          <w:rFonts w:cs="Arial"/>
          <w:b/>
          <w:color w:val="auto"/>
          <w:sz w:val="24"/>
          <w:szCs w:val="24"/>
        </w:rPr>
        <w:t>3. Does your council have any concerns regarding the proposal?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A6377" w:rsidRPr="00063C21" w14:paraId="163FA1B4" w14:textId="77777777" w:rsidTr="007C4AF5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4B9380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i/>
                <w:color w:val="auto"/>
                <w:sz w:val="24"/>
                <w:szCs w:val="24"/>
              </w:rPr>
              <w:t>Click or tap here to type.</w:t>
            </w:r>
          </w:p>
          <w:p w14:paraId="50667735" w14:textId="77777777" w:rsidR="00EA6377" w:rsidRPr="00063C21" w:rsidRDefault="00000000">
            <w:pPr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color w:val="auto"/>
                <w:sz w:val="24"/>
                <w:szCs w:val="24"/>
              </w:rPr>
              <w:t xml:space="preserve"> </w:t>
            </w:r>
          </w:p>
          <w:p w14:paraId="05F800B4" w14:textId="77777777" w:rsidR="00EA6377" w:rsidRPr="00063C21" w:rsidRDefault="00000000">
            <w:pPr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65F116F0" w14:textId="77777777" w:rsidR="00542F6A" w:rsidRPr="00063C21" w:rsidRDefault="00542F6A">
      <w:pPr>
        <w:keepNext/>
        <w:spacing w:before="140" w:after="60"/>
        <w:rPr>
          <w:rFonts w:cs="Arial"/>
          <w:b/>
          <w:color w:val="auto"/>
          <w:sz w:val="24"/>
          <w:szCs w:val="24"/>
        </w:rPr>
      </w:pPr>
    </w:p>
    <w:p w14:paraId="222B4598" w14:textId="21B2DDBB" w:rsidR="00EA6377" w:rsidRPr="00063C21" w:rsidRDefault="00000000">
      <w:pPr>
        <w:keepNext/>
        <w:spacing w:before="140" w:after="60"/>
        <w:rPr>
          <w:rFonts w:cs="Arial"/>
          <w:color w:val="auto"/>
          <w:sz w:val="24"/>
          <w:szCs w:val="24"/>
        </w:rPr>
      </w:pPr>
      <w:r w:rsidRPr="00063C21">
        <w:rPr>
          <w:rFonts w:cs="Arial"/>
          <w:b/>
          <w:color w:val="auto"/>
          <w:sz w:val="24"/>
          <w:szCs w:val="24"/>
        </w:rPr>
        <w:t>4. Are there aspects of future governance that</w:t>
      </w:r>
      <w:r w:rsidR="00542F6A" w:rsidRPr="00063C21">
        <w:rPr>
          <w:rFonts w:cs="Arial"/>
          <w:b/>
          <w:color w:val="auto"/>
          <w:sz w:val="24"/>
          <w:szCs w:val="24"/>
        </w:rPr>
        <w:t xml:space="preserve"> your council fees</w:t>
      </w:r>
      <w:r w:rsidRPr="00063C21">
        <w:rPr>
          <w:rFonts w:cs="Arial"/>
          <w:b/>
          <w:color w:val="auto"/>
          <w:sz w:val="24"/>
          <w:szCs w:val="24"/>
        </w:rPr>
        <w:t xml:space="preserve"> should be considered during the next stage?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A6377" w:rsidRPr="00063C21" w14:paraId="72A3F569" w14:textId="77777777" w:rsidTr="007C4AF5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198B78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i/>
                <w:color w:val="auto"/>
                <w:sz w:val="24"/>
                <w:szCs w:val="24"/>
              </w:rPr>
              <w:t>Click or tap here to type.</w:t>
            </w:r>
          </w:p>
          <w:p w14:paraId="7C085DB8" w14:textId="77777777" w:rsidR="00EA6377" w:rsidRPr="00063C21" w:rsidRDefault="00000000">
            <w:pPr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color w:val="auto"/>
                <w:sz w:val="24"/>
                <w:szCs w:val="24"/>
              </w:rPr>
              <w:t xml:space="preserve"> </w:t>
            </w:r>
          </w:p>
          <w:p w14:paraId="68006808" w14:textId="77777777" w:rsidR="00EA6377" w:rsidRPr="00063C21" w:rsidRDefault="00000000">
            <w:pPr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2F8B4C5C" w14:textId="77777777" w:rsidR="00542F6A" w:rsidRPr="00063C21" w:rsidRDefault="00542F6A">
      <w:pPr>
        <w:keepNext/>
        <w:spacing w:before="140" w:after="60"/>
        <w:rPr>
          <w:rFonts w:cs="Arial"/>
          <w:b/>
          <w:color w:val="auto"/>
          <w:sz w:val="24"/>
          <w:szCs w:val="24"/>
        </w:rPr>
      </w:pPr>
    </w:p>
    <w:p w14:paraId="170ABCAD" w14:textId="6D09E461" w:rsidR="00EA6377" w:rsidRPr="00063C21" w:rsidRDefault="00000000">
      <w:pPr>
        <w:keepNext/>
        <w:spacing w:before="140" w:after="60"/>
        <w:rPr>
          <w:rFonts w:cs="Arial"/>
          <w:color w:val="auto"/>
          <w:sz w:val="24"/>
          <w:szCs w:val="24"/>
        </w:rPr>
      </w:pPr>
      <w:r w:rsidRPr="00063C21">
        <w:rPr>
          <w:rFonts w:cs="Arial"/>
          <w:b/>
          <w:color w:val="auto"/>
          <w:sz w:val="24"/>
          <w:szCs w:val="24"/>
        </w:rPr>
        <w:t>5. Would your council like further engagement before a final decision?</w:t>
      </w:r>
    </w:p>
    <w:p w14:paraId="11F4F252" w14:textId="77777777" w:rsidR="00EA6377" w:rsidRPr="00063C21" w:rsidRDefault="00000000">
      <w:pPr>
        <w:rPr>
          <w:rFonts w:cs="Arial"/>
          <w:color w:val="auto"/>
          <w:sz w:val="24"/>
          <w:szCs w:val="24"/>
        </w:rPr>
      </w:pPr>
      <w:r w:rsidRPr="00063C21">
        <w:rPr>
          <w:rFonts w:cs="Arial"/>
          <w:color w:val="auto"/>
          <w:sz w:val="24"/>
          <w:szCs w:val="24"/>
        </w:rPr>
        <w:t>[  ] Yes     [  ] No</w:t>
      </w:r>
    </w:p>
    <w:p w14:paraId="43D8E865" w14:textId="77777777" w:rsidR="00542F6A" w:rsidRPr="00063C21" w:rsidRDefault="00542F6A">
      <w:pPr>
        <w:keepNext/>
        <w:spacing w:before="140" w:after="60"/>
        <w:rPr>
          <w:rFonts w:cs="Arial"/>
          <w:b/>
          <w:color w:val="auto"/>
          <w:sz w:val="24"/>
          <w:szCs w:val="24"/>
        </w:rPr>
      </w:pPr>
    </w:p>
    <w:p w14:paraId="7D00F37A" w14:textId="0DFD274A" w:rsidR="00EA6377" w:rsidRPr="00063C21" w:rsidRDefault="00000000">
      <w:pPr>
        <w:keepNext/>
        <w:spacing w:before="140" w:after="60"/>
        <w:rPr>
          <w:rFonts w:cs="Arial"/>
          <w:color w:val="auto"/>
          <w:sz w:val="24"/>
          <w:szCs w:val="24"/>
        </w:rPr>
      </w:pPr>
      <w:r w:rsidRPr="00063C21">
        <w:rPr>
          <w:rFonts w:cs="Arial"/>
          <w:b/>
          <w:color w:val="auto"/>
          <w:sz w:val="24"/>
          <w:szCs w:val="24"/>
        </w:rPr>
        <w:t>6. If yes, what is your council's preferred method?</w:t>
      </w:r>
    </w:p>
    <w:p w14:paraId="2889784C" w14:textId="77777777" w:rsidR="00EA6377" w:rsidRPr="00063C21" w:rsidRDefault="00000000">
      <w:pPr>
        <w:rPr>
          <w:rFonts w:cs="Arial"/>
          <w:color w:val="auto"/>
          <w:sz w:val="24"/>
          <w:szCs w:val="24"/>
        </w:rPr>
      </w:pPr>
      <w:r w:rsidRPr="00063C21">
        <w:rPr>
          <w:rFonts w:cs="Arial"/>
          <w:color w:val="auto"/>
          <w:sz w:val="24"/>
          <w:szCs w:val="24"/>
        </w:rPr>
        <w:t>[  ] Area Committee discussion     [  ] Online briefing     [  ] One-to-one discussion     [  ] Other</w:t>
      </w:r>
    </w:p>
    <w:p w14:paraId="1E608F07" w14:textId="77777777" w:rsidR="00542F6A" w:rsidRPr="00063C21" w:rsidRDefault="00542F6A">
      <w:pPr>
        <w:keepNext/>
        <w:spacing w:before="140" w:after="60"/>
        <w:rPr>
          <w:rFonts w:cs="Arial"/>
          <w:b/>
          <w:color w:val="auto"/>
          <w:sz w:val="24"/>
          <w:szCs w:val="24"/>
        </w:rPr>
      </w:pPr>
    </w:p>
    <w:p w14:paraId="3CD8C185" w14:textId="73585277" w:rsidR="00EA6377" w:rsidRPr="00063C21" w:rsidRDefault="00000000">
      <w:pPr>
        <w:keepNext/>
        <w:spacing w:before="140" w:after="60"/>
        <w:rPr>
          <w:rFonts w:cs="Arial"/>
          <w:color w:val="auto"/>
          <w:sz w:val="24"/>
          <w:szCs w:val="24"/>
        </w:rPr>
      </w:pPr>
      <w:r w:rsidRPr="00063C21">
        <w:rPr>
          <w:rFonts w:cs="Arial"/>
          <w:b/>
          <w:color w:val="auto"/>
          <w:sz w:val="24"/>
          <w:szCs w:val="24"/>
        </w:rPr>
        <w:t>7. Additional comments</w:t>
      </w:r>
    </w:p>
    <w:tbl>
      <w:tblPr>
        <w:tblW w:w="9360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63C21" w:rsidRPr="00063C21" w14:paraId="7BC27F5A" w14:textId="77777777" w:rsidTr="007C4AF5">
        <w:trPr>
          <w:trHeight w:val="1634"/>
        </w:trPr>
        <w:tc>
          <w:tcPr>
            <w:tcW w:w="9360" w:type="dxa"/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84D0D9" w14:textId="77777777" w:rsidR="00063C21" w:rsidRPr="00063C21" w:rsidRDefault="00063C21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i/>
                <w:color w:val="auto"/>
                <w:sz w:val="24"/>
                <w:szCs w:val="24"/>
              </w:rPr>
              <w:t>Click or tap here to type.</w:t>
            </w:r>
          </w:p>
          <w:p w14:paraId="1C4D0441" w14:textId="77777777" w:rsidR="00063C21" w:rsidRPr="00063C21" w:rsidRDefault="00063C21">
            <w:pPr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color w:val="auto"/>
                <w:sz w:val="24"/>
                <w:szCs w:val="24"/>
              </w:rPr>
              <w:t xml:space="preserve"> </w:t>
            </w:r>
          </w:p>
          <w:p w14:paraId="51A8E8E9" w14:textId="77777777" w:rsidR="00063C21" w:rsidRPr="00063C21" w:rsidRDefault="00063C21">
            <w:pPr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color w:val="auto"/>
                <w:sz w:val="24"/>
                <w:szCs w:val="24"/>
              </w:rPr>
              <w:t xml:space="preserve"> </w:t>
            </w:r>
          </w:p>
          <w:p w14:paraId="57FC0E6E" w14:textId="77777777" w:rsidR="00063C21" w:rsidRPr="00063C21" w:rsidRDefault="00063C21">
            <w:pPr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color w:val="auto"/>
                <w:sz w:val="24"/>
                <w:szCs w:val="24"/>
              </w:rPr>
              <w:t xml:space="preserve"> </w:t>
            </w:r>
          </w:p>
        </w:tc>
      </w:tr>
      <w:tr w:rsidR="00EA6377" w:rsidRPr="00063C21" w14:paraId="67CE7F5E" w14:textId="77777777" w:rsidTr="007C4AF5">
        <w:tc>
          <w:tcPr>
            <w:tcW w:w="9360" w:type="dxa"/>
            <w:shd w:val="clear" w:color="auto" w:fill="FFF5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9CA763" w14:textId="77777777" w:rsidR="00EA6377" w:rsidRPr="00063C21" w:rsidRDefault="00000000">
            <w:pPr>
              <w:spacing w:after="0"/>
              <w:rPr>
                <w:rFonts w:cs="Arial"/>
                <w:color w:val="auto"/>
                <w:sz w:val="24"/>
                <w:szCs w:val="24"/>
              </w:rPr>
            </w:pPr>
            <w:r w:rsidRPr="00063C21">
              <w:rPr>
                <w:rFonts w:cs="Arial"/>
                <w:b/>
                <w:color w:val="auto"/>
                <w:sz w:val="24"/>
                <w:szCs w:val="24"/>
              </w:rPr>
              <w:t>[  ] I confirm that this submission represents the authorised response of the council named above.</w:t>
            </w:r>
          </w:p>
        </w:tc>
      </w:tr>
    </w:tbl>
    <w:p w14:paraId="77F92378" w14:textId="77777777" w:rsidR="00EA6377" w:rsidRPr="00063C21" w:rsidRDefault="00000000">
      <w:pPr>
        <w:spacing w:before="160" w:after="0"/>
        <w:rPr>
          <w:rFonts w:cs="Arial"/>
          <w:color w:val="auto"/>
          <w:sz w:val="24"/>
          <w:szCs w:val="24"/>
        </w:rPr>
      </w:pPr>
      <w:r w:rsidRPr="00063C21">
        <w:rPr>
          <w:rFonts w:cs="Arial"/>
          <w:b/>
          <w:color w:val="auto"/>
          <w:sz w:val="24"/>
          <w:szCs w:val="24"/>
        </w:rPr>
        <w:t>Return: office@lalc.org.uk  |  Enquiries: 01772 750900</w:t>
      </w:r>
    </w:p>
    <w:sectPr w:rsidR="00EA6377" w:rsidRPr="00063C21" w:rsidSect="00034616">
      <w:headerReference w:type="default" r:id="rId9"/>
      <w:footerReference w:type="default" r:id="rId10"/>
      <w:pgSz w:w="11904" w:h="16838"/>
      <w:pgMar w:top="893" w:right="1181" w:bottom="893" w:left="1181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BF5E1" w14:textId="77777777" w:rsidR="006D3920" w:rsidRDefault="006D3920">
      <w:pPr>
        <w:spacing w:after="0" w:line="240" w:lineRule="auto"/>
      </w:pPr>
      <w:r>
        <w:separator/>
      </w:r>
    </w:p>
  </w:endnote>
  <w:endnote w:type="continuationSeparator" w:id="0">
    <w:p w14:paraId="3CC3B4BB" w14:textId="77777777" w:rsidR="006D3920" w:rsidRDefault="006D3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266CA" w14:textId="77777777" w:rsidR="00EA6377" w:rsidRDefault="00000000">
    <w:pPr>
      <w:pStyle w:val="Footer"/>
      <w:jc w:val="center"/>
    </w:pPr>
    <w:r>
      <w:rPr>
        <w:color w:val="5E6B75"/>
        <w:sz w:val="17"/>
      </w:rPr>
      <w:t>Return to office@lalc.org.uk by 12 noon on Friday 6 November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F713D" w14:textId="77777777" w:rsidR="006D3920" w:rsidRDefault="006D3920">
      <w:pPr>
        <w:spacing w:after="0" w:line="240" w:lineRule="auto"/>
      </w:pPr>
      <w:r>
        <w:separator/>
      </w:r>
    </w:p>
  </w:footnote>
  <w:footnote w:type="continuationSeparator" w:id="0">
    <w:p w14:paraId="03EEFA2C" w14:textId="77777777" w:rsidR="006D3920" w:rsidRDefault="006D3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4848F" w14:textId="3ECB2534" w:rsidR="00EA6377" w:rsidRDefault="00000000">
    <w:pPr>
      <w:pStyle w:val="Header"/>
      <w:jc w:val="right"/>
    </w:pPr>
    <w:r>
      <w:rPr>
        <w:color w:val="5E6B75"/>
        <w:sz w:val="17"/>
      </w:rPr>
      <w:t xml:space="preserve">LALC | CLG </w:t>
    </w:r>
    <w:r w:rsidR="001245B3">
      <w:rPr>
        <w:color w:val="5E6B75"/>
        <w:sz w:val="17"/>
      </w:rPr>
      <w:t>M</w:t>
    </w:r>
    <w:r>
      <w:rPr>
        <w:color w:val="5E6B75"/>
        <w:sz w:val="17"/>
      </w:rPr>
      <w:t xml:space="preserve">ember </w:t>
    </w:r>
    <w:r w:rsidR="001245B3">
      <w:rPr>
        <w:color w:val="5E6B75"/>
        <w:sz w:val="17"/>
      </w:rPr>
      <w:t>C</w:t>
    </w:r>
    <w:r>
      <w:rPr>
        <w:color w:val="5E6B75"/>
        <w:sz w:val="17"/>
      </w:rPr>
      <w:t>onsultation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9653BE"/>
    <w:multiLevelType w:val="hybridMultilevel"/>
    <w:tmpl w:val="F08CDDB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0723865">
    <w:abstractNumId w:val="8"/>
  </w:num>
  <w:num w:numId="2" w16cid:durableId="1270088649">
    <w:abstractNumId w:val="6"/>
  </w:num>
  <w:num w:numId="3" w16cid:durableId="1755853381">
    <w:abstractNumId w:val="5"/>
  </w:num>
  <w:num w:numId="4" w16cid:durableId="61147613">
    <w:abstractNumId w:val="4"/>
  </w:num>
  <w:num w:numId="5" w16cid:durableId="59602312">
    <w:abstractNumId w:val="7"/>
  </w:num>
  <w:num w:numId="6" w16cid:durableId="877398456">
    <w:abstractNumId w:val="3"/>
  </w:num>
  <w:num w:numId="7" w16cid:durableId="506746304">
    <w:abstractNumId w:val="2"/>
  </w:num>
  <w:num w:numId="8" w16cid:durableId="465047578">
    <w:abstractNumId w:val="1"/>
  </w:num>
  <w:num w:numId="9" w16cid:durableId="94717596">
    <w:abstractNumId w:val="0"/>
  </w:num>
  <w:num w:numId="10" w16cid:durableId="16078088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C21"/>
    <w:rsid w:val="001245B3"/>
    <w:rsid w:val="0015074B"/>
    <w:rsid w:val="00167773"/>
    <w:rsid w:val="0029639D"/>
    <w:rsid w:val="00326F90"/>
    <w:rsid w:val="00542F6A"/>
    <w:rsid w:val="005E3A3C"/>
    <w:rsid w:val="006D3920"/>
    <w:rsid w:val="007C4AF5"/>
    <w:rsid w:val="00846FB0"/>
    <w:rsid w:val="00AA1D8D"/>
    <w:rsid w:val="00B47730"/>
    <w:rsid w:val="00BA2DEB"/>
    <w:rsid w:val="00CB0664"/>
    <w:rsid w:val="00DF54C9"/>
    <w:rsid w:val="00E90D4C"/>
    <w:rsid w:val="00EA63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4F252F"/>
  <w14:defaultImageDpi w14:val="300"/>
  <w15:docId w15:val="{C12F503B-01C8-4C78-87F5-6FC40E64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6344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LALC Consultation Response Form</vt:lpstr>
    </vt:vector>
  </TitlesOfParts>
  <Manager/>
  <Company/>
  <LinksUpToDate>false</LinksUpToDate>
  <CharactersWithSpaces>1686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LALC Consultation Response Form</dc:title>
  <dc:subject>Member consultation on a proposed Company Limited by Guarantee</dc:subject>
  <dc:creator>Lancashire Association of Local Councils</dc:creator>
  <cp:keywords/>
  <dc:description>generated by python-docx</dc:description>
  <cp:lastModifiedBy>LALC Secretary</cp:lastModifiedBy>
  <cp:revision>11</cp:revision>
  <dcterms:created xsi:type="dcterms:W3CDTF">2026-09-08T08:03:00Z</dcterms:created>
  <dcterms:modified xsi:type="dcterms:W3CDTF">2026-09-08T08:42:00Z</dcterms:modified>
  <cp:category/>
</cp:coreProperties>
</file>